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Importance and Popularity of Cricket</w:t>
      </w:r>
    </w:p>
    <w:p>
      <w:r>
        <w:t>Cricket is one of the most popular and exciting sports in the world. It is played and enjoyed by millions of people across many countries.</w:t>
      </w:r>
    </w:p>
    <w:p>
      <w:r>
        <w:t>Cricket is played between two teams, with each team consisting of eleven players. The game requires batting, bowling, fielding, strategy, teamwork, and physical fitness.</w:t>
      </w:r>
    </w:p>
    <w:p>
      <w:r>
        <w:t>The main international formats are Test cricket, One-Day Internationals (ODIs), and Twenty20 (T20) cricket. Each format offers a different style and level of excitement.</w:t>
      </w:r>
    </w:p>
    <w:p>
      <w:r>
        <w:t>In conclusion, cricket continues to unite people and create memorable sporting moments through competition, talent, teamwork, and passionate fan support.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